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en liaisons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Bonardet, Jean-Luc/ Fraissard,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9782749500553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indice de liaison/ Électronégativité/ </w:t>
            </w:r>
          </w:p>
        </w:tc>
      </w:tr>
    </w:tbl>
    <w:p>
      <w:pPr>
        <w:pStyle w:val="Heading3"/>
      </w:pPr>
      <w:r>
        <w:t>Résumé :</w:t>
      </w:r>
    </w:p>
    <w:p>
      <w:r>
        <w:t>Cet ouvrage est de rassembler les connaissances qu'il est nécessaire d'acquérir au cours du premier cycle des études scientifiques et médicales des universités, dans les classes préparatoires aux grandes écoles et dans les instituts universitaires de technologie.. Ils peuvent aussi être utiles pour préparer des concours de recrutement comme le CAPES.. L'essentiel de chaque notion est présenté sous la forme d'une fiche. Un index détaillé permet d'accéder immédiatement à l'information recherchée.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