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Joffin, Jean-Noël/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 : exercices incontournables(N°:None)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9782100762668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applications physique/ manuels d'enseignement supérieur/ </w:t>
            </w:r>
          </w:p>
        </w:tc>
      </w:tr>
    </w:tbl>
    <w:p>
      <w:pPr>
        <w:pStyle w:val="Heading3"/>
      </w:pPr>
      <w:r>
        <w:t>Résumé :</w:t>
      </w:r>
    </w:p>
    <w:p>
      <w:r>
        <w:t>La 4e de couv. indique : "Vous avez besoin d’accompagnement pour appliquer votre cours de physique ? Vous voulez être à l’aise face à tous les types d'exercices ? La clé de la réussite est de bien maîtriser les exercices incontournables du programme. Pour chaque exercice vous trouverez : la méthode de résolution expliquée et commentée étape par étape ; le corrigé détaillé rédigé ; les atsuces à retenir et les pièges à éviter."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