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afficheurs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Oehmichen, Jean-Pierre/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Technique poche(N°:None)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afficheur électronique/ affichage numérique/ </w:t>
            </w:r>
          </w:p>
        </w:tc>
      </w:tr>
    </w:tbl>
    <w:p>
      <w:pPr>
        <w:pStyle w:val="Heading3"/>
      </w:pPr>
      <w:r>
        <w:t>Résumé :</w:t>
      </w:r>
    </w:p>
    <w:p>
      <w:r>
        <w:t xml:space="preserve">Le livre « les afficheurs » de jean pierre oehmichen, publié en 1980 dans la collection technique poche, est un ouvrage d’initiation consacré aux technologies d’affichage électronique et lumineux utilisées dans les appareils électroniques et les systèmes d’information visuelle. </w:t>
        <w:br/>
        <w:br/>
        <w:t>l’auteur présente de manière pédagogique les différents types d’afficheurs disponibles à l’époque, leurs principes physiques, leur fonctionnement électronique et leurs domaines d’application. le livre s’adresse principalement aux étudiants, techniciens, amateurs d’électronique et lecteurs souhaitant comprendre les bases des systèmes d’affichage.</w:t>
        <w:br/>
        <w:br/>
        <w:t>les principaux thèmes abordés comprennent :</w:t>
        <w:br/>
        <w:br/>
        <w:t>•</w:t>
        <w:tab/>
        <w:t xml:space="preserve">les systèmes mécaniques d’affichage ; </w:t>
        <w:br/>
        <w:br/>
        <w:t>•</w:t>
        <w:tab/>
        <w:t xml:space="preserve">les afficheurs lumineux ; </w:t>
        <w:br/>
        <w:br/>
        <w:t>•</w:t>
        <w:tab/>
        <w:t xml:space="preserve">les afficheurs à gaz (comme les tubes nixie) ; </w:t>
        <w:br/>
        <w:br/>
        <w:t>•</w:t>
        <w:tab/>
        <w:t xml:space="preserve">les afficheurs à diodes électroluminescentes (led) ; </w:t>
        <w:br/>
        <w:br/>
        <w:t>•</w:t>
        <w:tab/>
        <w:t xml:space="preserve">les afficheurs à cristaux liquides (lcd) ; </w:t>
        <w:br/>
        <w:br/>
        <w:t>•</w:t>
        <w:tab/>
        <w:t xml:space="preserve">les dispositifs de projection et d’affichage numérique ; </w:t>
        <w:br/>
        <w:br/>
        <w:t>•</w:t>
        <w:tab/>
        <w:t xml:space="preserve">les méthodes de commande et de pilotage électronique des afficheurs. </w:t>
        <w:br/>
        <w:br/>
        <w:t>l’ouvrage met l’accent sur la compréhension pratique des composants et sur les applications concrètes en électronique. il explique les avantages, limites, consommation électrique, luminosité et techniques de multiplexage des différentes technologies d’affichage. selon des discussions de passionnés d’électronique, le livre est considéré comme accessible même aux débutants et constitue une bonne introduction historique aux afficheurs électroniques des années 1980.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