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Génie mécanique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Maurel, Jean-Françoi/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9782100722259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génie mécanique/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propose une vision globale et moderne du génie mécanique en réunissant les principaux domaines liés à la conception, aux matériaux, aux procédés de fabrication et aux applications industrielles. Destiné aux étudiants, techniciens et ingénieurs, il constitue un manuel complet de référence dans le domaine de la mécanique industrielle.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