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to telephones and telephone systems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Noll, A. Michael/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3rd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Artech House/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Artech House telecommunications library(N°:None)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1580530001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telephone system/ switched telephone network/ </w:t>
            </w:r>
          </w:p>
        </w:tc>
      </w:tr>
    </w:tbl>
    <w:p>
      <w:pPr>
        <w:pStyle w:val="Heading3"/>
      </w:pPr>
      <w:r>
        <w:t>Résumé :</w:t>
      </w:r>
    </w:p>
    <w:p>
      <w:r>
        <w:t>This easy-to-understand explanation of major aspects of today's telecommunications systems aims to give readers comprehensive coverage of the four major areas of telephone systems - station apparatus, transmission, switching and signalling.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