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and Programming of 8051 Microcontroller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Kalra, Alka/ Kalra, sanjeev Kumar/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University Science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9789380386317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embedded systems/ memory organization/ </w:t>
            </w:r>
          </w:p>
        </w:tc>
      </w:tr>
    </w:tbl>
    <w:p>
      <w:pPr>
        <w:pStyle w:val="Heading3"/>
      </w:pPr>
      <w:r>
        <w:t>Résumé :</w:t>
      </w:r>
    </w:p>
    <w:p>
      <w:r>
        <w:t>The book Architecture and Programming of 8051 Microcontroller covers the basics of the 8051 architecture and programming. It provides an introduction to microcontrollers, a hardware summary, and an instruction set summary.It covers timer operation, serial port operation, interrupt operation, assembly and C language programming.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