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équations différentielles sur calculateurs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Karplus, Walter Joseph/ Girerd,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differentielle/ simulation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Traitement des équations différentielles sur calculateurs électroniques de Jean Girerd traite des méthodes numériques utilisées pour résoudre les équations différentielles à l’aide des calculateurs électroniques, ancêtres des ordinateurs scientifiques modernes. L’auteur présente les bases mathématiques nécessaires à la compréhension des équations différentielles ainsi que les principales techniques de calcul numérique permettant leur résolution approchée. Le livre expose les méthodes classiques telles que les schémas d’Euler, de Runge-Kutta et les méthodes prédictives-correctives, tout en abordant les questions de stabilité, de précision et d’erreurs numériques. Une attention particulière est accordée à l’implémentation des algorithmes sur les systèmes de calcul électronique et à leurs applications dans les domaines scientifiques et techniques. Cet ouvrage constitue une introduction au calcul scientifique appliqué aux problèmes dynamiques et à la simulation numérique des systèmes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