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microwave semiconductor devices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Roy, Sitrsh Kumar/ Mitra, Monojit/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Prentice-Hall/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9788120324183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microwave engineering/ RF device/ </w:t>
            </w:r>
          </w:p>
        </w:tc>
      </w:tr>
    </w:tbl>
    <w:p>
      <w:pPr>
        <w:pStyle w:val="Heading3"/>
      </w:pPr>
      <w:r>
        <w:t>Résumé :</w:t>
      </w:r>
    </w:p>
    <w:p>
      <w:r>
        <w:t>Microwave Semiconductor Devices by Roy and Suresh Kumar presents the fundamental concepts, operating principles, and practical applications of semiconductor devices used in microwave and millimeter-wave systems. The book explains how high-frequency electronic devices function under microwave conditions and describes the physical phenomena responsible for signal generation, amplification, and switching.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