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Industrialisation des produits mécaniques.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Marty, Claude/ Linares, Jean-Marc/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551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2746200228</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fabrication industrielle/ conception mécanique/ </w:t>
            </w:r>
          </w:p>
        </w:tc>
      </w:tr>
    </w:tbl>
    <w:p>
      <w:pPr>
        <w:pStyle w:val="Heading3"/>
      </w:pPr>
      <w:r>
        <w:t>Résumé :</w:t>
      </w:r>
    </w:p>
    <w:p>
      <w:r>
        <w:t>Cet ouvrage en plusieurs volumes présente une étude complète des méthodes d’industrialisation appliquées aux produits mécaniques. Il traite de l’ensemble des étapes permettant de transformer une conception mécanique en produit fabriqué industriellement, en intégrant les contraintes techniques, économiques et organisationnelles de l’entreprise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