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physico-chimiques pour la caractérisation de matériaux du génie civil et le suivi de leur vieillissement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Farcas, Fabienne/ Platret, Gérard/ </w:t>
            </w:r>
          </w:p>
        </w:tc>
      </w:tr>
      <w:tr>
        <w:trPr>
          <w:trHeight w:val="567"/>
        </w:trPr>
        <w:tc>
          <w:tcPr>
            <w:tcW w:type="dxa" w:w="3000"/>
          </w:tcPr>
          <w:p>
            <w:r>
              <w:t>Adresse bib.</w:t>
            </w:r>
          </w:p>
        </w:tc>
        <w:tc>
          <w:tcPr>
            <w:tcW w:type="dxa" w:w="7000"/>
          </w:tcPr>
          <w:p>
            <w:r>
              <w:t xml:space="preserve">Laboratoire central des ponts et chaussées/ </w:t>
            </w:r>
          </w:p>
        </w:tc>
      </w:tr>
      <w:tr>
        <w:trPr>
          <w:trHeight w:val="567"/>
        </w:trPr>
        <w:tc>
          <w:tcPr>
            <w:tcW w:type="dxa" w:w="3000"/>
          </w:tcPr>
          <w:p>
            <w:r>
              <w:t>Nombre de Pages</w:t>
            </w:r>
          </w:p>
        </w:tc>
        <w:tc>
          <w:tcPr>
            <w:tcW w:type="dxa" w:w="7000"/>
          </w:tcPr>
          <w:p>
            <w:r>
              <w:t>140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11674865</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caractérisation physicochimique/ diagnostic des matériaux/ vieillissement des matériaux/ maintenance des ouvrages/ </w:t>
            </w:r>
          </w:p>
        </w:tc>
      </w:tr>
    </w:tbl>
    <w:p>
      <w:pPr>
        <w:pStyle w:val="Heading3"/>
      </w:pPr>
      <w:r>
        <w:t>Résumé :</w:t>
      </w:r>
    </w:p>
    <w:p>
      <w:r>
        <w:t>Le livre « Méthodes physicochimiques pour la caractérisation des matériaux du génie civil et le suivi de leur vieillissement » de Fabienne Farcas présente les principales techniques d’analyse utilisées pour étudier les matériaux employés dans le domaine du génie civil ainsi que les mécanismes responsables de leur dégradation au cours du temps.</w:t>
        <w:br/>
        <w:br/>
        <w:t>L’ouvrage décrit les propriétés physicochimiques des matériaux de construction tels que les bétons, ciments, polymères et composites, puis expose les méthodes expérimentales permettant d’évaluer leur composition, leur microstructure, leur porosité et leur comportement face aux agressions environnementales. Parmi les techniques étudiées figurent la diffraction des rayons X, la spectroscopie infrarouge, l’analyse thermique et la microscopie électronique.</w:t>
        <w:br/>
        <w:br/>
        <w:t>Le livre aborde également les phénomènes de corrosion, les réactions chimiques responsables du vieillissement des matériaux et les méthodes de suivi de la durabilité des ouvrages. Il met en évidence l’importance du contrôle et du diagnostic des structures afin d’améliorer leur performance, leur sécurité et leur durée de vie.</w:t>
        <w:br/>
        <w:br/>
        <w:t>Cet ouvrage constitue une référence utile pour les étudiants, chercheurs et ingénieurs spécialisés dans les matériaux de construction, la durabilité des structures et les techniques de caractérisation appliquées au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