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 inventions à l'origine de l'ère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9782711740376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w:t>
            </w:r>
          </w:p>
        </w:tc>
      </w:tr>
    </w:tbl>
    <w:p>
      <w:pPr>
        <w:pStyle w:val="Heading3"/>
      </w:pPr>
      <w:r>
        <w:t>Résumé :</w:t>
      </w:r>
    </w:p>
    <w:p>
      <w:r>
        <w:t>Cet ouvrage retrace l’histoire de cinq inventions majeures qui ont façonné l’ère électronique moderne : le transistor, le circuit intégré, le microprocesseur, le micro-ordinateur et la carte à puce. Henri Lilen explique les découvertes scientifiques, les enjeux industriels et les impacts économiques, sociaux et technologiques de ces innovations. Le livre montre comment ces inventions ont conduit au développement de l’informatique moderne, des télécommunications et de la société numérique contemporaine, jusqu’à l’avènement d’Internet.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