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signal processing fundamentals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Khan, Ashfaq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Firewall Media/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8170088054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signal/ </w:t>
            </w:r>
          </w:p>
        </w:tc>
      </w:tr>
    </w:tbl>
    <w:p>
      <w:pPr>
        <w:pStyle w:val="Heading3"/>
      </w:pPr>
      <w:r>
        <w:t>Résumé :</w:t>
      </w:r>
    </w:p>
    <w:p>
      <w:r>
        <w:t>Digital Signal Processing Fundamentals provides a comprehensive look at DSP by introducing the important mathematical processes and then providing several application-specific tutorials for practicing the techniques learned. Beginning with general theory, including Fourier Analysis, the mathematics of complex numbers, Fourier transforms, differential equations, analog and digital filters, and much more; the book then delves into Matlab and Scilab tutorials with examples on solving practical engineering problems, followed by software applications on image processing and audio processing - complete with all the algorithms and source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