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Réactions en solutions aqueuses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Arzallier, Jacques/ Montagnier, Jean-Luc/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Vuibert supérieur/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217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18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9782711724666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chimie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acido-basicité/ précipitation/ </w:t>
            </w:r>
          </w:p>
        </w:tc>
      </w:tr>
    </w:tbl>
    <w:p>
      <w:pPr>
        <w:pStyle w:val="Heading3"/>
      </w:pPr>
      <w:r>
        <w:t>Résumé :</w:t>
      </w:r>
    </w:p>
    <w:p>
      <w:r>
        <w:t>Cet ouvrage est le premier volume d'une série consacrée à la chimie des solutions aqueuses. Il présente 35 exercices corrigés accompagnés de rappels de cours sur les quatre grands types de réactions en solution : acido-basiques, complexation, précipitation et oxydoréduction. Chaque chapitre débute par un résumé de cours synthétique suivi d'exercices progressifs avec corrigés détaillés. Destiné aux étudiants de DEUG sciences (Licence) et classes préparatoires.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