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Gouyet, Jean-Noël/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 exercices incontournables(N°:None)</w:t>
            </w:r>
          </w:p>
        </w:tc>
      </w:tr>
      <w:tr>
        <w:trPr>
          <w:trHeight w:val="567"/>
        </w:trPr>
        <w:tc>
          <w:tcPr>
            <w:tcW w:type="dxa" w:w="3000"/>
          </w:tcPr>
          <w:p>
            <w:r>
              <w:t>Notes Générales</w:t>
            </w:r>
          </w:p>
        </w:tc>
        <w:tc>
          <w:tcPr>
            <w:tcW w:type="dxa" w:w="7000"/>
          </w:tcPr>
          <w:p>
            <w:r>
              <w:t>La couv. porte en plus : "conforme au nouveau programme...". Index</w:t>
            </w:r>
          </w:p>
        </w:tc>
      </w:tr>
      <w:tr>
        <w:trPr>
          <w:trHeight w:val="567"/>
        </w:trPr>
        <w:tc>
          <w:tcPr>
            <w:tcW w:type="dxa" w:w="3000"/>
          </w:tcPr>
          <w:p>
            <w:r>
              <w:t>Numéro d'Identification</w:t>
            </w:r>
          </w:p>
        </w:tc>
        <w:tc>
          <w:tcPr>
            <w:tcW w:type="dxa" w:w="7000"/>
          </w:tcPr>
          <w:p>
            <w:r>
              <w:t>9782100712687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classes préparatoires/ applications physique/ </w:t>
            </w:r>
          </w:p>
        </w:tc>
      </w:tr>
    </w:tbl>
    <w:p>
      <w:pPr>
        <w:pStyle w:val="Heading3"/>
      </w:pPr>
      <w:r>
        <w:t>Résumé :</w:t>
      </w:r>
    </w:p>
    <w:p>
      <w:r>
        <w:t>Le livre Physique : exercices incontournables MP-PT de Jean‑Noël Gouyet est un ouvrage pédagogique destiné aux étudiants des classes préparatoires scientifiques MP et PT préparant les concours d’ingénieurs. Publié en 2014, il rassemble les exercices les plus importants et représentatifs du programme de physique, notamment en mécanique, électromagnétisme, thermodynamique, électronique et optique. L’objectif principal du livre est d’aider les étudiants à maîtriser les méthodes de résolution utilisées aux concours en reliant directement le cours à la pratique des exercices. Chaque problème est accompagné d’explications détaillées, de démarches méthodologiques et de corrigés rédigés de manière claire afin de développer les réflexes scientifiques et la rigueur de raisonnement. L’auteur met également l’accent sur les pièges classiques et les techniques indispensables pour gagner en efficacité. Grâce à son approche progressive et méthodique, cet ouvrage constitue un outil de révision et d’entraînement particulièrement utile pour consolider les connaissances et améliorer les performances aux concours des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