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calcul des machines-outils 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Pruvot,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288074248X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 outils/ conception/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le premier d'une série originale qui vise à enseigner une méthode scientifique de création technique, dépassant largement le cadre de la machine-outil et même de la technique.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