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assemblages dans les structures en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Kavyrchine, Michel/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VIII-102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624.17/ </w:t>
            </w:r>
          </w:p>
        </w:tc>
      </w:tr>
      <w:tr>
        <w:trPr>
          <w:trHeight w:val="567"/>
        </w:trPr>
        <w:tc>
          <w:tcPr>
            <w:tcW w:type="dxa" w:w="3000"/>
          </w:tcPr>
          <w:p>
            <w:r>
              <w:t>Sujet(s)</w:t>
            </w:r>
          </w:p>
        </w:tc>
        <w:tc>
          <w:tcPr>
            <w:tcW w:type="dxa" w:w="7000"/>
          </w:tcPr>
          <w:p>
            <w:r>
              <w:t xml:space="preserve">structures en béton/ ingénierie des structures/ structures préfabriquées/ </w:t>
            </w:r>
          </w:p>
        </w:tc>
      </w:tr>
    </w:tbl>
    <w:p>
      <w:pPr>
        <w:pStyle w:val="Heading3"/>
      </w:pPr>
      <w:r>
        <w:t>Résumé :</w:t>
      </w:r>
    </w:p>
    <w:p>
      <w:r>
        <w:t>Le livre Les assemblages dans les structures en béton de Michel Kavyrchine traite des techniques de conception, de calcul et de réalisation des assemblages utilisés dans les structures en béton armé et précontraint. L’ouvrage met l’accent sur le rôle essentiel des liaisons entre éléments structuraux afin d’assurer la stabilité, la résistance et la durabilité des ouvrages.</w:t>
        <w:br/>
        <w:br/>
        <w:t>L’auteur présente les différents types d’assemblages employés dans les bâtiments et ouvrages de génie civil, notamment les jonctions poutre-poteau, les liaisons de préfabrication, les ancrages, les reprises de bétonnage et les connexions métalliques associées aux structures en béton. Les principes mécaniques, les modes de transmission des efforts ainsi que les comportements sous charges statiques et dynamiques sont étudiés de manière détaillée.</w:t>
        <w:br/>
        <w:br/>
        <w:t>L’ouvrage aborde également les aspects réglementaires et normatifs, les méthodes de dimensionnement, les problèmes de fissuration, de cisaillement et de résistance au feu, ainsi que les techniques d’exécution sur chantier. De nombreux exemples pratiques et schémas techniques facilitent la compréhension des solutions constructives utilisées dans le domaine du béton.</w:t>
        <w:br/>
        <w:br/>
        <w:t>Ce livre constitue une référence utile pour les ingénieurs, étudiants, techniciens et professionnels du génie civil spécialisés dans la conception et l’exécution des structures en béton.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