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L'électronique de A à 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Neffati, Tahar/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2100494872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analogique/ composant électronique/ </w:t>
            </w:r>
          </w:p>
        </w:tc>
      </w:tr>
    </w:tbl>
    <w:p>
      <w:pPr>
        <w:pStyle w:val="Heading3"/>
      </w:pPr>
      <w:r>
        <w:t>Résumé :</w:t>
      </w:r>
    </w:p>
    <w:p>
      <w:r>
        <w:t>Les connaissances en électronique deviennent de plus en plus pointues et nécessitent une connaissance parfaite des sujets abordés. comment maîtriser rapidement les diodes, les transistors, les amplificateurs opérationnels et autres thyristors ? en étudiant l'électronique par sujet, en abordant juste ce qui est nécessaire afin d'en avoir une compréhension globale et sérieuse. ce dictionnaire regroupe les 500 termes d'électronique qu'un étudiant est amené à rencontrer dans les premières années d'études supérieures. les définitions sont complétées par de nombreux exemples d'applications et des montages pertinents. véritable outil de travail et de révision, cet ouvrage est destiné aux étudiants en iut de génie électrique, en licence, aux élèves en classes préparatoires et aux candidats aux concours de l'enseignement.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