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Kulshreshtha, D.C./ </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554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8122418570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electronic device/ électronic circuits/ </w:t>
            </w:r>
          </w:p>
        </w:tc>
      </w:tr>
    </w:tbl>
    <w:p>
      <w:pPr>
        <w:pStyle w:val="Heading3"/>
      </w:pPr>
      <w:r>
        <w:t>Résumé :</w:t>
      </w:r>
    </w:p>
    <w:p>
      <w:r>
        <w:t>The book starts with the fundamentals of electronics, including basic components such as resistors, capacitors, and inductors, along with an introduction to semiconductor physics.</w:t>
        <w:br/>
        <w:br/>
        <w:br/>
        <w:br/>
        <w:t>It then explains the working of key semiconductor devices such as the PN junction diode, Bipolar Junction Transistor (BJT), and Field Effect Transistor (FET). Their characteristics, operation, and applications in electronic circuits are clearly described.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