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Cents]100 pannes TV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253-256</w:t>
            </w:r>
          </w:p>
        </w:tc>
      </w:tr>
      <w:tr>
        <w:trPr>
          <w:trHeight w:val="567"/>
        </w:trPr>
        <w:tc>
          <w:tcPr>
            <w:tcW w:type="dxa" w:w="3000"/>
          </w:tcPr>
          <w:p>
            <w:r>
              <w:t>Numéro d'Identification</w:t>
            </w:r>
          </w:p>
        </w:tc>
        <w:tc>
          <w:tcPr>
            <w:tcW w:type="dxa" w:w="7000"/>
          </w:tcPr>
          <w:p>
            <w:r>
              <w:t>2100040960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vidéo/ synchronisation tv/ </w:t>
            </w:r>
          </w:p>
        </w:tc>
      </w:tr>
    </w:tbl>
    <w:p>
      <w:pPr>
        <w:pStyle w:val="Heading3"/>
      </w:pPr>
      <w:r>
        <w:t>Résumé :</w:t>
      </w:r>
    </w:p>
    <w:p>
      <w:r>
        <w:t>00 pannes TV de Gérard Laurent est un ouvrage technique consacré au dépannage des téléviseurs électroniques. Il présente une démarche méthodique permettant d’identifier, d’analyser et de réparer les dysfonctionnements les plus courants rencontrés dans les récepteurs TV. Le livre aborde les différents blocs fonctionnels du téléviseur — alimentation, vidéo, audio, balayage et synchronisation — puis expose cent cas pratiques de pannes réelles avec leurs symptômes, causes probables et solutions de réparation. Cet ouvrage constitue un guide utile pour les étudiants, techniciens et électroniciens spécialisés en maintenance audiovisuelle.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