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Electronique de puissance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Lasne, Luc/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XXI-273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9782100562947</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triac/ igbt/ </w:t>
            </w:r>
          </w:p>
        </w:tc>
      </w:tr>
    </w:tbl>
    <w:p>
      <w:pPr>
        <w:pStyle w:val="Heading3"/>
      </w:pPr>
      <w:r>
        <w:t>Résumé :</w:t>
      </w:r>
    </w:p>
    <w:p>
      <w:r>
        <w:t>Ce livre de Luc Lasne est un cours complet d’électronique de puissance destiné aux étudiants en électronique, électrotechnique et génie électrique. Il expose les principes de la conversion de l’énergie électrique à travers les principaux convertisseurs : redresseurs, gradateurs, hacheurs et onduleurs. L’auteur détaille le fonctionnement des composants de puissance (diodes, thyristors, MOSFET, IGBT) ainsi que les méthodes de commande, de calcul des pertes et d’optimisation du rendement. L’ouvrage aborde également les aspects thermiques et les contraintes industrielles. Des exercices corrigés et études de cas permettent d’appliquer les concepts théoriques à des systèmes réels.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