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Kwakernaak, Huibert/ Sivan, Raphael/ Strijbos, Rens C. W./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791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0138092524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Signal processing/ system analysi/ </w:t>
            </w:r>
          </w:p>
        </w:tc>
      </w:tr>
    </w:tbl>
    <w:p>
      <w:pPr>
        <w:pStyle w:val="Heading3"/>
      </w:pPr>
      <w:r>
        <w:t>Résumé :</w:t>
      </w:r>
    </w:p>
    <w:p>
      <w:r>
        <w:t>The present text on input-output and input-output mapping systems discusses elementary operations on and among time signals, delta functions, the stability of convolution systems, the definition and examples of difference and differential systems, the state description of systems, and linear time-invariant systems with periodic inputs. Also treated are discrete-to-discrete and continuous-to-discrete Fourier transforms, the z- and Laplace transforms, the design of FIR and IIR filters, modulation and demodulation methods, and feedback theory and the stability of feedback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