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elementary surveying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Ghilani, Charles D./ Wolf, Paul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12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922-931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9780132083072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geomatics/ electronic distance measurement (EDM)/ construction surveying/ </w:t>
            </w:r>
          </w:p>
        </w:tc>
      </w:tr>
    </w:tbl>
    <w:p>
      <w:pPr>
        <w:pStyle w:val="Heading3"/>
      </w:pPr>
      <w:r>
        <w:t>Résumé :</w:t>
      </w:r>
    </w:p>
    <w:p>
      <w:r>
        <w:t>This highly readable, best-selling text presents basic concepts and practical material in each of the areas fundamental to modern surveying (geomatics) practice. Its depth and breadth are ideal for self-study. The 12th Edition is updated throughout to reflect the latest advances and technology.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