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Hybrid microcircuit reliability data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IIT Research Institute/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0080205356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hybrid microcircuit/ reliability engineering/ </w:t>
            </w:r>
          </w:p>
        </w:tc>
      </w:tr>
    </w:tbl>
    <w:p>
      <w:pPr>
        <w:pStyle w:val="Heading3"/>
      </w:pPr>
      <w:r>
        <w:t>Résumé :</w:t>
      </w:r>
    </w:p>
    <w:p>
      <w:r>
        <w:t>Hybrid microcircuit reliability data provides test and operational data on the hybrid device in both highly summarized and detailed format. organized into five sections, this book begins with a comparison of hybrid device users' experienced failure rate with predicted failure rate. subsequent chapters focus on the screening summary for the hybrid devices, as well as the failure classifications involved. a tabulated test data on the device is also shown. this book will provide helpful data for government and industrial 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