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CMOS digital integrated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Kang, Sung-Mo/ Leblebici, Yusuf/ </w:t>
            </w:r>
          </w:p>
        </w:tc>
      </w:tr>
      <w:tr>
        <w:trPr>
          <w:trHeight w:val="567"/>
        </w:trPr>
        <w:tc>
          <w:tcPr>
            <w:tcW w:type="dxa" w:w="3000"/>
          </w:tcPr>
          <w:p>
            <w:r>
              <w:t>Edition</w:t>
            </w:r>
          </w:p>
        </w:tc>
        <w:tc>
          <w:tcPr>
            <w:tcW w:type="dxa" w:w="7000"/>
          </w:tcPr>
          <w:p>
            <w:r>
              <w:t>3.ed</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655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0071196447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intégré numérique/ </w:t>
            </w:r>
          </w:p>
        </w:tc>
      </w:tr>
    </w:tbl>
    <w:p>
      <w:pPr>
        <w:pStyle w:val="Heading3"/>
      </w:pPr>
      <w:r>
        <w:t>Résumé :</w:t>
      </w:r>
    </w:p>
    <w:p>
      <w:r>
        <w:t>CMOS Digital Integrated Circuits: Analysis and Design is the most complete book on the market for CMOS circuits. Appropriate for electrical engineering and computer science, this book starts with CMOS processing, and then covers MOS transistor models, basic CMOS gates, interconnect effects, dynamic circuits, memory circuits, BiCMOS circuits, I/O circuits, VLSI design methodologies, low-power design techniques, design for manufacturability and design for testability.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