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Electronic display measurement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Keller, Peter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Wiley &amp; Sons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9780471148579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electronic measurement/ </w:t>
            </w:r>
          </w:p>
        </w:tc>
      </w:tr>
    </w:tbl>
    <w:p>
      <w:pPr>
        <w:pStyle w:val="Heading3"/>
      </w:pPr>
      <w:r>
        <w:t>Résumé :</w:t>
      </w:r>
    </w:p>
    <w:p>
      <w:r>
        <w:t>The first and only complete reference on how to measure, test, and compare electronic displays.</w:t>
        <w:br/>
        <w:br/>
        <w:t>Electronic Display Measurement is the first complete reference manual in its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