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9782100507122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Cet ouvrage se propose de donner les bases des calculs de résistance en insistant sur les aspects numériques en linéaire et non linéaire qui évitent les calculs analytiques fastidieux de la «Résistance des matériaux» d'antan. Il introduit toutes les notions nécessaires selon les pré-requis du niveau Bac et de nombreux exemples et exercices illustrent ces notions de manière concrète. Il est destiné aux étudiants de licences, aux élèves d'IU T et des des classes préparatoires, aux élèves des premières années des écoles d'ingénieurs, à la formation permanente et à tous ceux qui souhaitent acquérir les notions de base et pratiques du dimensionnement sécuritaire sans pour autant devenir des 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