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signal processing system-level design using LabVIEW</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Kehtarnavaz, Nasser/ Kim, Namjin/ </w:t>
            </w:r>
          </w:p>
        </w:tc>
      </w:tr>
      <w:tr>
        <w:trPr>
          <w:trHeight w:val="567"/>
        </w:trPr>
        <w:tc>
          <w:tcPr>
            <w:tcW w:type="dxa" w:w="3000"/>
          </w:tcPr>
          <w:p>
            <w:r>
              <w:t>Adresse bib.</w:t>
            </w:r>
          </w:p>
        </w:tc>
        <w:tc>
          <w:tcPr>
            <w:tcW w:type="dxa" w:w="7000"/>
          </w:tcPr>
          <w:p>
            <w:r>
              <w:t xml:space="preserve">Newnes/ </w:t>
            </w:r>
          </w:p>
        </w:tc>
      </w:tr>
      <w:tr>
        <w:trPr>
          <w:trHeight w:val="567"/>
        </w:trPr>
        <w:tc>
          <w:tcPr>
            <w:tcW w:type="dxa" w:w="3000"/>
          </w:tcPr>
          <w:p>
            <w:r>
              <w:t>Nombre de Pages</w:t>
            </w:r>
          </w:p>
        </w:tc>
        <w:tc>
          <w:tcPr>
            <w:tcW w:type="dxa" w:w="7000"/>
          </w:tcPr>
          <w:p>
            <w:r>
              <w:t>290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075067914X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LabVIEW langage de programmation/ </w:t>
            </w:r>
          </w:p>
        </w:tc>
      </w:tr>
    </w:tbl>
    <w:p>
      <w:pPr>
        <w:pStyle w:val="Heading3"/>
      </w:pPr>
      <w:r>
        <w:t>Résumé :</w:t>
      </w:r>
    </w:p>
    <w:p>
      <w:r>
        <w:t>(Laboratory Virtual Instrumentation Engineering Workbench) developed by National Instruments is a graphical programming environment. Its ease of use allows engineers and students to streamline the creation of code visually, leaving time traditionally spent on debugging for true comprehension of DSP. This book is perfect for practicing engineers, as well as hardware and software technical managers who are familiar with DSP and are involved in system-level design. With this text, authors Kehtarnavaz and Kim have also provided a valuable resource for students in conventional engineering courses. The integrated lab exercises create an interactive experience which supports development of the hands-on skills essential for learning to navigate the LabVIEW program. Digital Signal Processing System-Level Design Using LabVIEW is a comprehensive tool that will greatly accelerate the DSP learning process. Its thorough examination of LabVIEW leaves no question unanswered. LabVIEW is the program that will demystify DSP and this is the book that will show you how to master 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