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cellules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Juster, Félix/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Technique poche(N°:None)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energy storage/ solar radiation/ </w:t>
            </w:r>
          </w:p>
        </w:tc>
      </w:tr>
    </w:tbl>
    <w:p>
      <w:pPr>
        <w:pStyle w:val="Heading3"/>
      </w:pPr>
      <w:r>
        <w:t>Résumé :</w:t>
      </w:r>
    </w:p>
    <w:p>
      <w:r>
        <w:t>Le livre Les cellules solaires présente les principes physiques et technologiques de la conversion de l’énergie solaire en énergie électrique. Il explique le fonctionnement des cellules photovoltaïques à partir des propriétés des semi-conducteurs et de la jonction PN. L’ouvrage décrit les matériaux utilisés, notamment le silicium cristallin et les couches minces, ainsi que les différentes étapes de fabrication des cellules et des modules photovoltaïques. Il analyse également les paramètres électriques influençant le rendement et la performance des systèmes solaires. Enfin, le livre aborde les applications industrielles et domestiques de l’énergie photovoltaïque ainsi que les perspectives de développement des technologies solaires dans le contexte énergétique mondial.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