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Topographie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Revault, Joseph/ Revault, Élie/ </w:t>
            </w:r>
          </w:p>
        </w:tc>
      </w:tr>
      <w:tr>
        <w:trPr>
          <w:trHeight w:val="567"/>
        </w:trPr>
        <w:tc>
          <w:tcPr>
            <w:tcW w:type="dxa" w:w="3000"/>
          </w:tcPr>
          <w:p>
            <w:r>
              <w:t>Edition</w:t>
            </w:r>
          </w:p>
        </w:tc>
        <w:tc>
          <w:tcPr>
            <w:tcW w:type="dxa" w:w="7000"/>
          </w:tcPr>
          <w:p>
            <w:r>
              <w:t>4é éd.</w:t>
            </w:r>
          </w:p>
        </w:tc>
      </w:tr>
      <w:tr>
        <w:trPr>
          <w:trHeight w:val="567"/>
        </w:trPr>
        <w:tc>
          <w:tcPr>
            <w:tcW w:type="dxa" w:w="3000"/>
          </w:tcPr>
          <w:p>
            <w:r>
              <w:t>Adresse bib.</w:t>
            </w:r>
          </w:p>
        </w:tc>
        <w:tc>
          <w:tcPr>
            <w:tcW w:type="dxa" w:w="7000"/>
          </w:tcPr>
          <w:p>
            <w:r>
              <w:t xml:space="preserve">J.-B. Baillière et fils/ </w:t>
            </w:r>
          </w:p>
        </w:tc>
      </w:tr>
      <w:tr>
        <w:trPr>
          <w:trHeight w:val="567"/>
        </w:trPr>
        <w:tc>
          <w:tcPr>
            <w:tcW w:type="dxa" w:w="3000"/>
          </w:tcPr>
          <w:p>
            <w:r>
              <w:t>Nombre de Pages</w:t>
            </w:r>
          </w:p>
        </w:tc>
        <w:tc>
          <w:tcPr>
            <w:tcW w:type="dxa" w:w="7000"/>
          </w:tcPr>
          <w:p>
            <w:r>
              <w:t>XII-419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Encyclopédie industrielle(N°:None)</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topographie pratique/ plans topographiques/ instruments topographiques/ topographie générale/ </w:t>
            </w:r>
          </w:p>
        </w:tc>
      </w:tr>
    </w:tbl>
    <w:p>
      <w:pPr>
        <w:pStyle w:val="Heading3"/>
      </w:pPr>
      <w:r>
        <w:t>Résumé :</w:t>
      </w:r>
    </w:p>
    <w:p>
      <w:r>
        <w:t>Cette 3e édition revue et augmentée présente les principes fondamentaux de la topographie et leur application dans les travaux de mesure, de levé et d’implantation. L’ouvrage met l’accent sur les méthodes pratiques utilisées par les géomètres, techniciens et ingénieurs sur le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