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Magnetic resonance microscopy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Blümich, Bernhard/ Kuhn, Winfried/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Weinheim/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1560812028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microscopy/ magnetic resonanca/ </w:t>
            </w:r>
          </w:p>
        </w:tc>
      </w:tr>
    </w:tbl>
    <w:p>
      <w:pPr>
        <w:pStyle w:val="Heading3"/>
      </w:pPr>
      <w:r>
        <w:t>Résumé :</w:t>
      </w:r>
    </w:p>
    <w:p>
      <w:r>
        <w:t>Magnetic resonance microscopy is a rapidly developing field of research plications in a variety of different areas. This book is based on lectur n at the International Conference on NMR Microscopy held in Heidelberg i mber 1991. It is, however, far more than the proceedings of this meeting ecturers have provided in depth contributions on their fields.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