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 Fourier et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Dalmasso, Robert/ Witomski, Patrick/ </w:t>
            </w:r>
          </w:p>
        </w:tc>
      </w:tr>
      <w:tr>
        <w:trPr>
          <w:trHeight w:val="567"/>
        </w:trPr>
        <w:tc>
          <w:tcPr>
            <w:tcW w:type="dxa" w:w="3000"/>
          </w:tcPr>
          <w:p>
            <w:r>
              <w:t>Adresse bib.</w:t>
            </w:r>
          </w:p>
        </w:tc>
        <w:tc>
          <w:tcPr>
            <w:tcW w:type="dxa" w:w="7000"/>
          </w:tcPr>
          <w:p>
            <w:r>
              <w:t xml:space="preserve">Masson et EAP/ </w:t>
            </w:r>
          </w:p>
        </w:tc>
      </w:tr>
      <w:tr>
        <w:trPr>
          <w:trHeight w:val="567"/>
        </w:trPr>
        <w:tc>
          <w:tcPr>
            <w:tcW w:type="dxa" w:w="3000"/>
          </w:tcPr>
          <w:p>
            <w:r>
              <w:t>Nombre de Pages</w:t>
            </w:r>
          </w:p>
        </w:tc>
        <w:tc>
          <w:tcPr>
            <w:tcW w:type="dxa" w:w="7000"/>
          </w:tcPr>
          <w:p>
            <w:r>
              <w:t>VII-233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des mathématiques(N°:None)</w:t>
            </w:r>
          </w:p>
        </w:tc>
      </w:tr>
      <w:tr>
        <w:trPr>
          <w:trHeight w:val="567"/>
        </w:trPr>
        <w:tc>
          <w:tcPr>
            <w:tcW w:type="dxa" w:w="3000"/>
          </w:tcPr>
          <w:p>
            <w:r>
              <w:t>Numéro d'Identification</w:t>
            </w:r>
          </w:p>
        </w:tc>
        <w:tc>
          <w:tcPr>
            <w:tcW w:type="dxa" w:w="7000"/>
          </w:tcPr>
          <w:p>
            <w:r>
              <w:t>2225852995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analyse de Fourier/ </w:t>
            </w:r>
          </w:p>
        </w:tc>
      </w:tr>
    </w:tbl>
    <w:p>
      <w:pPr>
        <w:pStyle w:val="Heading3"/>
      </w:pPr>
      <w:r>
        <w:t>Résumé :</w:t>
      </w:r>
    </w:p>
    <w:p>
      <w:r>
        <w:t>Cet ouvrage fait suite au livre de cours Analyse de Fourier et applications de C. Gasquet et P. Witomski. Il propose des exercices et problèmes corrigés sur les outils mathématiques développés précédemment : transformée de Fourier, convolution, distributions, filtrage. Ce livre adopte la même progression que le cours et permet donc un aller-retour permanent entre les deux ouvrages. Il est cependant autonome et peut donc être considéré comme un " simple " livre d'exercices. Il s'adresse aux étudiants de licence, maîtrise et magistère de mathématiques ou de physique, ainsi qu'aux élèves ingénieurs. Il peut être utile aux chercheurs ou aux ingénieurs qui s'intéressent aux questions de modélisation et de traitement des signaux.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