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Séries à évaporites en exploration pétrolières.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(France)/ Centre national de la recherche scientifique (France)/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XI-217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2710805014</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Géologie pétrolière/ Évaporites/ </w:t>
            </w:r>
          </w:p>
        </w:tc>
      </w:tr>
    </w:tbl>
    <w:p>
      <w:pPr>
        <w:pStyle w:val="Heading3"/>
      </w:pPr>
      <w:r>
        <w:t>Résumé :</w:t>
      </w:r>
    </w:p>
    <w:p>
      <w:r>
        <w:t>Les Séries à évaporites en exploration pétrolière – Méthodes géologiques présente les techniques géologiques utilisées pour étudier les formations évaporitiques (gypse, sel, anhydrite) dans la recherche pétrolière. Il explique comment identifier ces roches grâce aux forages, diagraphies, analyses pétrographiques et isotopiques. L’ouvrage montre aussi l’importance des évaporites dans la formation et le piégeage des hydrocarbures, ainsi que leur rôle dans l’interprétation des environnements sédimentaires.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