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engins de levage, technique et application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Gillmann,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engin de levage/ équipement de levage/ </w:t>
            </w:r>
          </w:p>
        </w:tc>
      </w:tr>
    </w:tbl>
    <w:p>
      <w:pPr>
        <w:pStyle w:val="Heading3"/>
      </w:pPr>
      <w:r>
        <w:t>Résumé :</w:t>
      </w:r>
    </w:p>
    <w:p>
      <w:r>
        <w:t>e second volume d’une série technique consacrée aux appareils de levage et de manutention industrielle.</w:t>
        <w:br/>
        <w:br/>
        <w:br/>
        <w:br/>
        <w:t>Alors que le Tome 1 traite des calculs, de la sécurité et des éléments constitutifs, ce second tome se concentre sur les équipements complets de levage et leurs applications industrielles concrètes. L’ouvrage décrit les différents types d’appareils utilisés dans les ports, usines, chantiers et ateliers : grues, ponts roulants, portiques, palans, monte-charges, convoyeurs et systèmes automatisés de manutention.</w:t>
        <w:br/>
        <w:br/>
        <w:br/>
        <w:br/>
        <w:t>Le livre analyse la conception globale des installations, les performances mécaniques, les systèmes de commande, les dispositifs de sécurité et les méthodes d’exploitation des équipements. Il aborde également les critères de choix des appareils selon la charge, la portée, la cadence de travail et les conditions d’utilisation.</w:t>
        <w:br/>
        <w:br/>
        <w:br/>
        <w:br/>
        <w:t>Une large place est donnée aux applications industrielles réelles, aux schémas techniques et aux solutions d’organisation du levage dans différents secteurs économiques. Cet ouvrage constitue une référence pour les ingénieurs, techniciens, responsables de maintenance et étudiants en génie mécanique et manutention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