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engins de levage, technique et application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Gillmann, Jean/ Pommier Auguste/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27.5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engins de levage/ Calcul mécanique/ </w:t>
            </w:r>
          </w:p>
        </w:tc>
      </w:tr>
    </w:tbl>
    <w:p>
      <w:pPr>
        <w:pStyle w:val="Heading3"/>
      </w:pPr>
      <w:r>
        <w:t>Résumé :</w:t>
      </w:r>
    </w:p>
    <w:p>
      <w:r>
        <w:t>est un ouvrage technique consacré aux principes fondamentaux des appareils et machines de levage utilisés dans l’industrie, les chantiers et la manutention.</w:t>
        <w:br/>
        <w:br/>
        <w:br/>
        <w:br/>
        <w:t>Ce premier tome traite principalement des bases théoriques et pratiques nécessaires à la conception, au calcul et à l’exploitation sécurisée des engins de levage. Les auteurs expliquent les règles de calcul mécanique appliquées aux charges, aux efforts et aux structures porteuses afin de garantir la stabilité et la sécurité des équipements.</w:t>
        <w:br/>
        <w:br/>
        <w:br/>
        <w:br/>
        <w:t>L’ouvrage détaille également les différents éléments constitutifs des appareils de levage : câbles, chaînes, crochets, treuils, poulies, freins, moteurs, tambours et organes de transmission. Une attention particulière est portée aux normes de sécurité, aux coefficients de sécurité, à la prévention des accidents et aux procédures de contrôle et d’entretien.</w:t>
        <w:br/>
        <w:br/>
        <w:br/>
        <w:br/>
        <w:t>Le livre constitue une référence pour les techniciens, ingénieurs, étudiants en mécanique et professionnels de la manutention industrielle souhaitant maîtriser les aspects techniques et réglementaires des systèmes de levage.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