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Gaz de schiste, la nouvelle donne énergétique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Charon, Guillaume/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p.-XVI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296-301.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9782710811466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665.5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 de schiste/ aspect économique/ </w:t>
            </w:r>
          </w:p>
        </w:tc>
      </w:tr>
    </w:tbl>
    <w:p>
      <w:pPr>
        <w:pStyle w:val="Heading3"/>
      </w:pPr>
      <w:r>
        <w:t>Résumé :</w:t>
      </w:r>
    </w:p>
    <w:p>
      <w:r>
        <w:t>Gaz de schiste : la fin" ; "Le mirage évanoui" ; "Des coûts de production élevés", "Le gaz de schiste vous rend heureux" ; "Miracle en Californie" ; "Le gaz de schiste sauve l'industrie américaine"... Le développement des gaz de schiste est au coeur des débats. Toutefois le sujet et ses enjeux restent difficiles à appréhender. Les nouvelles contradictoires se télescopent tandis que la rhétorique et la posture se substituent trop souvent à l'expertise et à l'objectivité. Dépassionnant le débat et au terme de deux années d'une analyse approfondie, l'auteur lève le voile sur l'industrie du gaz de schiste et explique, pas à pas, comment cette ressource transforme en profondeur le monde énergétique et les rapports de force économiques et géopolitiques. Destiné à un public de spécialistes, décideurs politiques ou simples citoyens, cet ouvrage apporte des réponses claires, argumentées et chiffrées aux questions qui agitent le débat : combien d'éoliennes pour remplacer une production de gaz de schiste ? Quels sont les risques environnementaux ? Comment les éviter ? Quelles retombées économiques pour les consommateurs, les industriels ou les Etats ? Quel est l'impact du gaz de schiste sur le prix de l'énergie ? Pourquoi les majors ont-elles raté le virage ? Pourquoi certains pays producteurs s'opposent au gaz de schiste ? Dans quels pays le gaz de schiste va-t-il se développer 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