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raffinage du pétrole. T4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Trambouze,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XXI-785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Publications de l'Institut français du pétrole(N°:None)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2710807416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Technologie du pétrole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pétrole/ Appareils et matériel/ </w:t>
            </w:r>
          </w:p>
        </w:tc>
      </w:tr>
    </w:tbl>
    <w:p>
      <w:pPr>
        <w:pStyle w:val="Heading3"/>
      </w:pPr>
      <w:r>
        <w:t>Résumé :</w:t>
      </w:r>
    </w:p>
    <w:p>
      <w:r>
        <w:t>Ce tome est consacré aux principaux équipements rencontrés en raffinerie ou dans un complexe pétrochimique. Les principaux équipements sont regroupés suivant l objectif de l opération réalisée, à savoir : technologies de séparation ; technologies de transfert de chaleur ; technologies de réaction ; technologies liées aux opérations mécaniques ; techniques de contrôle et d optimisation des procédés. Pour chaque type de matériels décrit, les principes de base servant à la conception et au dimensionnement sont donnés, les détails importants pour la réalisation pratique sont soulignés en vue d une efficacité optimale et les grandes tendances d évolution sont présentées. Les divers chapitres présentent les approches spécifiques des techniciens de la profession, aussi bien constructeurs d équipements que concepteurs ou exploitants de raffineries et ingénieurs de procédés. This book is available in English under the title "Petroleum Refining.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