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Appareils de mesure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Gilmore, Charles M./ Collet, Léon/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McGraw-Hill/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VIII-168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0075484706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instrument de mesure/ diode électroluminescente/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