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maintenance automobile en 60 fiches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Mèmeteau, Hubert/ Collomb, Bruno/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9782100540150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maintenance automobile/ mécanique automobile/ </w:t>
            </w:r>
          </w:p>
        </w:tc>
      </w:tr>
    </w:tbl>
    <w:p>
      <w:pPr>
        <w:pStyle w:val="Heading3"/>
      </w:pPr>
      <w:r>
        <w:t>Résumé :</w:t>
      </w:r>
    </w:p>
    <w:p>
      <w:r>
        <w:t>Le livre La maintenance automobile en 60 fiches pratiques est un manuel technique destiné principalement aux élèves de CAP, BEP et Bac professionnel, ainsi qu’aux débutants et techniciens en maintenance automobile.</w:t>
        <w:br/>
        <w:br/>
        <w:br/>
        <w:br/>
        <w:t>L’ouvrage présente plus de 60 fiches méthodologiques expliquant les principales opérations de maintenance et de diagnostic automobile. Il guide le lecteur pour démonter, contrôler, réparer et régler les différents systèmes d’un véhicule de manière professionnelle et structurée.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