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Wireless Network Evolution: 2G to 3G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Garg, Vijay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PTR/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0130280771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wireles Network/ spread Spectrum/ </w:t>
            </w:r>
          </w:p>
        </w:tc>
      </w:tr>
    </w:tbl>
    <w:p>
      <w:pPr>
        <w:pStyle w:val="Heading3"/>
      </w:pPr>
      <w:r>
        <w:t>Résumé :</w:t>
      </w:r>
    </w:p>
    <w:p>
      <w:r>
        <w:t>For upper level undergraduate and graduate level Electrical, Telecommunications, and Computer Engineering courses that cover wireless network technology and its applications. The book is also essential as a reference by practicing telecommunication engineers involved in the design of cellular/PCS systems, as well as by telecommunication managers responsible for 3G systems, from the United States and Europe to developing countries.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