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d’électronique. T2, technique d'élaboration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Fray, M/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analyse fonctionnelle/ Electronique numérique/ </w:t>
            </w:r>
          </w:p>
        </w:tc>
      </w:tr>
    </w:tbl>
    <w:p>
      <w:pPr>
        <w:pStyle w:val="Heading3"/>
      </w:pPr>
      <w:r>
        <w:t>Résumé :</w:t>
      </w:r>
    </w:p>
    <w:p>
      <w:r>
        <w:t>L’ouvrage « Schémas d’électronique – Tome 2 : Technique d’élaboration » de M. Fray est consacré aux méthodes de conception et de réalisation des schémas électroniques. Il présente les principes fondamentaux de l’élaboration des circuits, depuis l’analyse fonctionnelle jusqu’au dessin détaillé des schémas électroniques. L’auteur explique les techniques de représentation normalisée, le choix des composants et l’organisation logique des montages électroniques. Le livre aborde également les méthodes de câblage, les circuits imprimés et les règles pratiques de conception pour assurer la fiabilité des systèmes électroniques. Grâce à une approche pédagogique illustrée par de nombreux schémas et exemples, cet ouvrage constitue un support utile pour les étudiants et techniciens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