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Fournet,Gérard/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197-199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fonction de transfert/ </w:t>
            </w:r>
          </w:p>
        </w:tc>
      </w:tr>
    </w:tbl>
    <w:p>
      <w:pPr>
        <w:pStyle w:val="Heading3"/>
      </w:pPr>
      <w:r>
        <w:t>Résumé :</w:t>
      </w:r>
    </w:p>
    <w:p>
      <w:r>
        <w:t>L’ouvrage « Électronique – Maîtrise d’E.E.A. C2 : Signaux et Systèmes » de Gérard Fournet présente les principes fondamentaux de l’analyse des signaux et du comportement des systèmes électroniques linéaires. Il développe les méthodes mathématiques utilisées en électronique et en traitement du signal, notamment les séries et transformées de Fourier, la transformée de Laplace et l’étude fréquentielle des systèmes. Le livre aborde également les filtres électroniques, l’échantillonnage, la modulation et les techniques de transmission des signaux. Des applications pratiques et exercices permettent de relier les notions théoriques aux systèmes électroniques réels. Cet ouvrage constitue une référence pédagogique pour les étudiants en électronique, automatique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