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structures. T 2, poutres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Laroze,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222581550x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structures/ flèche des poutres/ flexion des poutres/ dimensionnement des structures/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l’étude des poutres dans le domaine de la mécanique des structures et du génie civil. Il présente les principes fondamentaux permettant d’analyser le comportement des éléments porteurs soumis à différentes charges.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