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circuit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Hayt, William Hart/ Kemmerly, Jack E/ Durbin, Steven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Edition(N°:None)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775-781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0072283645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circuit analysis/ circuit theory/ </w:t>
            </w:r>
          </w:p>
        </w:tc>
      </w:tr>
    </w:tbl>
    <w:p>
      <w:pPr>
        <w:pStyle w:val="Heading3"/>
      </w:pPr>
      <w:r>
        <w:t>Résumé :</w:t>
      </w:r>
    </w:p>
    <w:p>
      <w:r>
        <w:t>This classic text has been thoroughly revised by a new co-author, steve durbin of university of canterbury. a new organization and emphasis on problem-solving, practical applications, and design make this book a perfect update of the 5th edition.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