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Systèmes électroniques analogiques, amplification, filtrage et optronique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Fourniols, Jean/ Escriba, Christophe/ </w:t>
            </w:r>
          </w:p>
        </w:tc>
      </w:tr>
      <w:tr>
        <w:trPr>
          <w:trHeight w:val="567"/>
        </w:trPr>
        <w:tc>
          <w:tcPr>
            <w:tcW w:type="dxa" w:w="3000"/>
          </w:tcPr>
          <w:p>
            <w:r>
              <w:t>Adresse bib.</w:t>
            </w:r>
          </w:p>
        </w:tc>
        <w:tc>
          <w:tcPr>
            <w:tcW w:type="dxa" w:w="7000"/>
          </w:tcPr>
          <w:p>
            <w:r>
              <w:t xml:space="preserve">Presses Universitaires du Mirail/ </w:t>
            </w:r>
          </w:p>
        </w:tc>
      </w:tr>
      <w:tr>
        <w:trPr>
          <w:trHeight w:val="567"/>
        </w:trPr>
        <w:tc>
          <w:tcPr>
            <w:tcW w:type="dxa" w:w="3000"/>
          </w:tcPr>
          <w:p>
            <w:r>
              <w:t>Nombre de Pages</w:t>
            </w:r>
          </w:p>
        </w:tc>
        <w:tc>
          <w:tcPr>
            <w:tcW w:type="dxa" w:w="7000"/>
          </w:tcPr>
          <w:p>
            <w:r>
              <w:t>371 p.</w:t>
            </w:r>
          </w:p>
        </w:tc>
      </w:tr>
      <w:tr>
        <w:trPr>
          <w:trHeight w:val="567"/>
        </w:trPr>
        <w:tc>
          <w:tcPr>
            <w:tcW w:type="dxa" w:w="3000"/>
          </w:tcPr>
          <w:p>
            <w:r>
              <w:t>Illustration</w:t>
            </w:r>
          </w:p>
        </w:tc>
        <w:tc>
          <w:tcPr>
            <w:tcW w:type="dxa" w:w="7000"/>
          </w:tcPr>
          <w:p>
            <w:r>
              <w:t>ill., couv. ill. en coul. ;</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9782810700585</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bande passante/ optronique/ </w:t>
            </w:r>
          </w:p>
        </w:tc>
      </w:tr>
    </w:tbl>
    <w:p>
      <w:pPr>
        <w:pStyle w:val="Heading3"/>
      </w:pPr>
      <w:r>
        <w:t>Résumé :</w:t>
      </w:r>
    </w:p>
    <w:p>
      <w:r>
        <w:t>Ce livre présente les bases des systèmes électroniques analogiques en mettant l’accent sur l’analyse et la conception des circuits d’amplification, de filtrage et d’optronique. Il décrit d’abord les signaux analogiques et les composants essentiels tels que les diodes, transistors bipolaires et MOSFET, ainsi que leur modélisation en petit signal. L’ouvrage développe ensuite les principes des amplificateurs à composants discrets et à amplificateurs opérationnels, en étudiant leurs configurations classiques et leurs performances. Une attention particulière est portée à la réponse fréquentielle des circuits, notamment à travers les diagrammes de Bode et la notion de bande passante. Les techniques de filtrage analogique sont analysées, incluant les filtres passifs et actifs de différents ordres. Le livre introduit également les dispositifs optroniques comme les photodiodes, LED et optocoupleurs pour l’isolation et la transmission de signaux. Les applications pratiques dans les chaînes de mesure et les systèmes industriels sont mises en évidence. Les phénomènes de bruit et de perturbations sont abordés avec des solutions pour améliorer le rapport signal/bruit. Enfin, l’ouvrage relie ces concepts aux systèmes électroniques modernes intégrés et hybrides.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