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 003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des Sciences et de la Technologie Houari Boumediene (U.S.T.H.B.) Alger /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technique/ analyse fonctionnelle/ </w:t>
            </w:r>
          </w:p>
        </w:tc>
      </w:tr>
    </w:tbl>
    <w:p>
      <w:pPr>
        <w:pStyle w:val="Heading3"/>
      </w:pPr>
      <w:r>
        <w:t>Résumé :</w:t>
      </w:r>
    </w:p>
    <w:p>
      <w:r>
        <w:t>Le module TEC 003 (OPU) traite des notions fondamentales liées aux systèmes techniques et à leur fonctionnement. Il introduit les bases nécessaires pour comprendre, analyser et concevoir des solutions techniques dans différents domaines industriels. Le cours aborde généralement les matériaux, les procédés de fabrication, la lecture de plans, ainsi que l’analyse des systèmes et des structures techniques. Il met aussi l’accent sur les méthodes de conception, les normes de sécurité et les exigences de qualité. L’objectif principal est de développer une compréhension globale des objets techniques et de leurs processus de réalisation.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