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Métallurgie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Cornet, Alain/ Hlawka, Françoise/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(Paris)(N°:None)</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2729826211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métallurgie mécanique/ macroscopie/ </w:t>
            </w:r>
          </w:p>
        </w:tc>
      </w:tr>
    </w:tbl>
    <w:p>
      <w:pPr>
        <w:pStyle w:val="Heading3"/>
      </w:pPr>
      <w:r>
        <w:t>Résumé :</w:t>
      </w:r>
    </w:p>
    <w:p>
      <w:r>
        <w:t>L'ouvrage : Niveau B (IUP - Licence) L'ouvrage développe les principaux aspects de la métallurgie appliquée. Ce domaine de la Science des Matériaux comprend l'art de choisir les alliages adaptés à une réalisation industrielle, de les contrôler, de les mettre en œuvre sans (trop) les dégrader, d'en améliorer les propriétés par des traitements thermiques et de leur conférer des propriétés fonctionnelles par des traitements de surface appropriés. Une première partie présente les alliages les plus courants en partant du minerai jusqu'à l'obtention des alliages industriels de base en tenant compte des difficultés techniques mais aussi des données économiques indissociables. La deuxième partie explique comment les traitements thermiques permettent de modifier les différentes structures en maîtrisant le refroidissement des alliages et ainsi d'adapter les propriétés mécaniques à application souhaitée. La troisième partie commence par une nomenclature et une présentation des grandes familles d'aciers et d'alliages non ferreux. Ensuite l'exposé des procédés de mise en œuvre permet d'expliquer l'évolution des caractéristiques du matériau au cours de la réalisation des pièces. Enfin, la dernière partie présente l'ingénierie des surfaces, rendue nécessaire par les grandes sollicitations des surfaces industrielles exposées à la fois à l'usure et à la corrosion. L'exposé est illustré par de nombreux exemples industriels et la présence d'exercices avec solutions contribuent à l'assimilation des paragraphes comportant plus de connaissances fondamentales.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