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de mécanique industrielle élémentaire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Cazin; Michel/ Metge; Jeanine/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Gauthier-Villars/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 industrielle/ dynamique/ </w:t>
            </w:r>
          </w:p>
        </w:tc>
      </w:tr>
    </w:tbl>
    <w:p>
      <w:pPr>
        <w:pStyle w:val="Heading3"/>
      </w:pPr>
      <w:r>
        <w:t>Résumé :</w:t>
      </w:r>
    </w:p>
    <w:p>
      <w:r>
        <w:t>Le livre Cours de mécanique industrielle élémentaire : avec exercices résolus de Michel Cazin et Jeanine Metge est un manuel pédagogique destiné aux élèves et stagiaires en formation technique ou professionnelle.</w:t>
        <w:br/>
        <w:br/>
        <w:br/>
        <w:br/>
        <w:t>Il propose une introduction progressive aux principes fondamentaux de la mécanique appliquée à l’industrie. L’ouvrage aborde les notions essentielles telles que :</w:t>
        <w:br/>
        <w:br/>
        <w:br/>
        <w:br/>
        <w:t>Les grandeurs physiques et unités de mesure</w:t>
        <w:br/>
        <w:br/>
        <w:t>Les forces, leur représentation et leur composition</w:t>
        <w:br/>
        <w:br/>
        <w:t>L’équilibre des solides (statique)</w:t>
        <w:br/>
        <w:br/>
        <w:t>Les bases du mouvement (cinématique et dynamique)</w:t>
        <w:br/>
        <w:br/>
        <w:t>Le travail, la puissance et l’énergie</w:t>
        <w:br/>
        <w:br/>
        <w:t>Les mécanismes de transmission du mouvement (engrenages, poulies, courroies)</w:t>
        <w:br/>
        <w:br/>
        <w:t>Les notions élémentaires de résistance des matériaux.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