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Theorie et methodes statistiques.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Dagnelie,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Agronomiques Gembloux/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361-378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2870160089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inférence statistique/ seuil de signification/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précieuse pour ceux qui souhaitent approfondir leurs connaissances en statistiques appliquées à l’agronomie, en combinant théorie et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