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Electronics from theory into practice.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Fisher; J/ </w:t>
            </w:r>
          </w:p>
        </w:tc>
      </w:tr>
      <w:tr>
        <w:trPr>
          <w:trHeight w:val="567"/>
        </w:trPr>
        <w:tc>
          <w:tcPr>
            <w:tcW w:type="dxa" w:w="3000"/>
          </w:tcPr>
          <w:p>
            <w:r>
              <w:t>Edition</w:t>
            </w:r>
          </w:p>
        </w:tc>
        <w:tc>
          <w:tcPr>
            <w:tcW w:type="dxa" w:w="7000"/>
          </w:tcPr>
          <w:p>
            <w:r>
              <w:t>Second édition</w:t>
            </w:r>
          </w:p>
        </w:tc>
      </w:tr>
      <w:tr>
        <w:trPr>
          <w:trHeight w:val="567"/>
        </w:trPr>
        <w:tc>
          <w:tcPr>
            <w:tcW w:type="dxa" w:w="3000"/>
          </w:tcPr>
          <w:p>
            <w:r>
              <w:t>Adresse bib.</w:t>
            </w:r>
          </w:p>
        </w:tc>
        <w:tc>
          <w:tcPr>
            <w:tcW w:type="dxa" w:w="7000"/>
          </w:tcPr>
          <w:p>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amplifier design/ signal distortion/ </w:t>
            </w:r>
          </w:p>
        </w:tc>
      </w:tr>
    </w:tbl>
    <w:p>
      <w:pPr>
        <w:pStyle w:val="Heading3"/>
      </w:pPr>
      <w:r>
        <w:t>Résumé :</w:t>
      </w:r>
    </w:p>
    <w:p>
      <w:r>
        <w:t>This volume introduces basic electronic devices such as diodes and transistors. It explains their operation and practical use in circuits. The book focuses on amplifier design, including configurations and biasing methods. It analyzes key parameters like gain, impedance, and frequency response. Overall, it links device theory to real-world amplifier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