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Travail d'atelier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Centre D'élaboration des Moyens D'enseignement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CEMEQ/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27.5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9782896205578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mécanique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mécanique/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atelier mécanique/ maintenance préventive/ </w:t>
            </w:r>
          </w:p>
        </w:tc>
      </w:tr>
    </w:tbl>
    <w:p>
      <w:pPr>
        <w:pStyle w:val="Heading3"/>
      </w:pPr>
      <w:r>
        <w:t>Résumé :</w:t>
      </w:r>
    </w:p>
    <w:p>
      <w:r>
        <w:t>Le manuel Travail d’atelier mécanique d’engins de chantier traite des opérations de maintenance, de réparation et d’entretien des engins utilisés dans les travaux publics (pelles mécaniques, bulldozers, chargeuses, niveleuses, etc.).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